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66CDA" w14:textId="77777777" w:rsidR="001D29AF" w:rsidRDefault="00000000">
      <w:pPr>
        <w:pStyle w:val="Title"/>
        <w:jc w:val="center"/>
      </w:pPr>
      <w:r>
        <w:t>ASABE EOPD210 Committee</w:t>
      </w:r>
    </w:p>
    <w:p w14:paraId="4ED5636C" w14:textId="6DBEB038" w:rsidR="001D29AF" w:rsidRDefault="0666FE05">
      <w:pPr>
        <w:jc w:val="center"/>
      </w:pPr>
      <w:r w:rsidRPr="0666FE05">
        <w:rPr>
          <w:b/>
          <w:bCs/>
          <w:color w:val="1F4E79"/>
          <w:sz w:val="28"/>
          <w:szCs w:val="28"/>
        </w:rPr>
        <w:t xml:space="preserve">Draft </w:t>
      </w:r>
      <w:r w:rsidR="1B0DB2DA" w:rsidRPr="0666FE05">
        <w:rPr>
          <w:b/>
          <w:bCs/>
          <w:color w:val="1F4E79"/>
          <w:sz w:val="28"/>
          <w:szCs w:val="28"/>
        </w:rPr>
        <w:t xml:space="preserve">AIM </w:t>
      </w:r>
      <w:r w:rsidRPr="0666FE05">
        <w:rPr>
          <w:b/>
          <w:bCs/>
          <w:color w:val="1F4E79"/>
          <w:sz w:val="28"/>
          <w:szCs w:val="28"/>
        </w:rPr>
        <w:t>Meeting Minutes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7992"/>
      </w:tblGrid>
      <w:tr w:rsidR="001D29AF" w14:paraId="521436DA" w14:textId="77777777" w:rsidTr="00E60FC9">
        <w:trPr>
          <w:jc w:val="center"/>
        </w:trPr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01716D" w14:textId="77777777" w:rsidR="001D29AF" w:rsidRDefault="00000000">
            <w:r>
              <w:rPr>
                <w:b/>
              </w:rPr>
              <w:t>Date:</w:t>
            </w:r>
          </w:p>
        </w:tc>
        <w:tc>
          <w:tcPr>
            <w:tcW w:w="79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FB7CBD" w14:textId="77777777" w:rsidR="001D29AF" w:rsidRDefault="00000000">
            <w:r>
              <w:t>July 13, 2026</w:t>
            </w:r>
          </w:p>
        </w:tc>
      </w:tr>
      <w:tr w:rsidR="001D29AF" w14:paraId="12E69469" w14:textId="77777777" w:rsidTr="00E60FC9">
        <w:trPr>
          <w:jc w:val="center"/>
        </w:trPr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4879D2" w14:textId="77777777" w:rsidR="001D29AF" w:rsidRDefault="00000000">
            <w:r>
              <w:rPr>
                <w:b/>
              </w:rPr>
              <w:t>Location:</w:t>
            </w:r>
          </w:p>
        </w:tc>
        <w:tc>
          <w:tcPr>
            <w:tcW w:w="79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02B6D6" w14:textId="593474B8" w:rsidR="001D29AF" w:rsidRDefault="7E1851BE" w:rsidP="0666FE05">
            <w:r>
              <w:t>ASABE AIM, Indianapolis</w:t>
            </w:r>
          </w:p>
        </w:tc>
      </w:tr>
      <w:tr w:rsidR="001D29AF" w14:paraId="1CBAD7BE" w14:textId="77777777" w:rsidTr="00E60FC9">
        <w:trPr>
          <w:jc w:val="center"/>
        </w:trPr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9A8C75" w14:textId="77777777" w:rsidR="001D29AF" w:rsidRDefault="00000000">
            <w:r>
              <w:rPr>
                <w:b/>
              </w:rPr>
              <w:t>Call to Order:</w:t>
            </w:r>
          </w:p>
        </w:tc>
        <w:tc>
          <w:tcPr>
            <w:tcW w:w="79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65FA8" w14:textId="775F2710" w:rsidR="001D29AF" w:rsidRDefault="0847708C" w:rsidP="0666FE05">
            <w:r>
              <w:t>12:15 pm EDT by Muthu Muthukumarappan, EOPD-210 Chair</w:t>
            </w:r>
          </w:p>
        </w:tc>
      </w:tr>
      <w:tr w:rsidR="001D29AF" w14:paraId="1D99DFC1" w14:textId="77777777" w:rsidTr="00E60FC9">
        <w:trPr>
          <w:jc w:val="center"/>
        </w:trPr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6F0370" w14:textId="77777777" w:rsidR="001D29AF" w:rsidRDefault="00000000">
            <w:r>
              <w:rPr>
                <w:b/>
              </w:rPr>
              <w:t>Attendees:</w:t>
            </w:r>
          </w:p>
        </w:tc>
        <w:tc>
          <w:tcPr>
            <w:tcW w:w="79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F7C0BE" w14:textId="77777777" w:rsidR="001D29AF" w:rsidRDefault="00000000">
            <w:r>
              <w:t>See Appendix A</w:t>
            </w:r>
          </w:p>
        </w:tc>
      </w:tr>
    </w:tbl>
    <w:p w14:paraId="46A4CC67" w14:textId="77777777" w:rsidR="001D29AF" w:rsidRDefault="00000000">
      <w:pPr>
        <w:pStyle w:val="Heading1"/>
      </w:pPr>
      <w:r>
        <w:t>Approval of Agenda and Previous Minutes</w:t>
      </w:r>
    </w:p>
    <w:p w14:paraId="7FA9694D" w14:textId="77777777" w:rsidR="001D29AF" w:rsidRDefault="00000000">
      <w:r>
        <w:t>The agenda was opened with welcome remarks and sign-in. The January 2026 meeting minutes were reviewed and approved.</w:t>
      </w:r>
    </w:p>
    <w:p w14:paraId="7BDEE674" w14:textId="77777777" w:rsidR="001D29AF" w:rsidRDefault="00000000">
      <w:pPr>
        <w:pStyle w:val="Heading1"/>
      </w:pPr>
      <w:r>
        <w:t>Introductions of New Chairs and Substitutes</w:t>
      </w:r>
    </w:p>
    <w:p w14:paraId="5E336526" w14:textId="7495CE98" w:rsidR="001D29AF" w:rsidRDefault="00000000">
      <w:r>
        <w:t xml:space="preserve">New </w:t>
      </w:r>
      <w:r w:rsidR="00E60FC9">
        <w:t>department</w:t>
      </w:r>
      <w:r>
        <w:t xml:space="preserve"> chairs</w:t>
      </w:r>
      <w:r w:rsidR="00E60FC9">
        <w:t>/heads</w:t>
      </w:r>
      <w:r>
        <w:t xml:space="preserve"> and substitutes were introduced.</w:t>
      </w:r>
    </w:p>
    <w:p w14:paraId="49881018" w14:textId="77777777" w:rsidR="001D29AF" w:rsidRDefault="00000000">
      <w:pPr>
        <w:pStyle w:val="Heading1"/>
      </w:pPr>
      <w:r>
        <w:t>Election of Secretary / Chair-Elect</w:t>
      </w:r>
    </w:p>
    <w:p w14:paraId="0CD07676" w14:textId="7AEBCFE6" w:rsidR="001D29AF" w:rsidRDefault="0666FE05">
      <w:r>
        <w:t xml:space="preserve">An election for Secretary / Chair-Elect was held. </w:t>
      </w:r>
      <w:r w:rsidR="13DF82DE">
        <w:t>S</w:t>
      </w:r>
      <w:r>
        <w:t>a</w:t>
      </w:r>
      <w:r w:rsidR="13DF82DE">
        <w:t>tya Dev</w:t>
      </w:r>
      <w:r>
        <w:t xml:space="preserve">, Florida A&amp;M, </w:t>
      </w:r>
      <w:r w:rsidR="3CAC0333">
        <w:t xml:space="preserve">was nominated and unanimously elected. </w:t>
      </w:r>
    </w:p>
    <w:p w14:paraId="1ED8598D" w14:textId="77777777" w:rsidR="001D29AF" w:rsidRDefault="00000000">
      <w:pPr>
        <w:pStyle w:val="Heading1"/>
      </w:pPr>
      <w:r>
        <w:t>Location and Dates for Winter Meeting</w:t>
      </w:r>
    </w:p>
    <w:p w14:paraId="6EDD1633" w14:textId="77777777" w:rsidR="001D29AF" w:rsidRDefault="00000000">
      <w:r>
        <w:t>The committee discussed location and dates for the winter meeting, including who has responsibility for leading winter meeting planning and reviewing multistate Hatch committee proposals.</w:t>
      </w:r>
    </w:p>
    <w:p w14:paraId="5FA053FE" w14:textId="77777777" w:rsidR="001D29AF" w:rsidRDefault="00000000">
      <w:r>
        <w:t>Consensus was to pursue a hybrid winter meeting, with an in-person meeting and a virtual option.</w:t>
      </w:r>
    </w:p>
    <w:p w14:paraId="38AE02D8" w14:textId="77777777" w:rsidR="001D29AF" w:rsidRDefault="00000000">
      <w:r>
        <w:t>January or very early February were discussed as possible timing options.</w:t>
      </w:r>
    </w:p>
    <w:p w14:paraId="3FE18BAC" w14:textId="252B6873" w:rsidR="001D29AF" w:rsidRDefault="0666FE05">
      <w:r>
        <w:t xml:space="preserve">Atlanta was </w:t>
      </w:r>
      <w:r w:rsidR="4C0725DC">
        <w:t xml:space="preserve">suggested </w:t>
      </w:r>
      <w:r>
        <w:t xml:space="preserve">as an initial location idea and </w:t>
      </w:r>
      <w:r w:rsidR="34FD88E4">
        <w:t>recieved concensus support</w:t>
      </w:r>
      <w:r>
        <w:t xml:space="preserve">. The committee also discussed </w:t>
      </w:r>
      <w:r w:rsidR="7DEF01C8">
        <w:t xml:space="preserve">mirroring the 2026 Winter Meeting schedule with </w:t>
      </w:r>
      <w:r>
        <w:t xml:space="preserve">a Monday-Tuesday </w:t>
      </w:r>
      <w:r w:rsidR="7EE2F19A">
        <w:t>meeting</w:t>
      </w:r>
      <w:r>
        <w:t xml:space="preserve">, </w:t>
      </w:r>
      <w:r w:rsidR="75509DFF">
        <w:t xml:space="preserve">including </w:t>
      </w:r>
      <w:r>
        <w:t>a tour</w:t>
      </w:r>
      <w:r w:rsidR="11840A97">
        <w:t xml:space="preserve"> of interest</w:t>
      </w:r>
      <w:r>
        <w:t>.</w:t>
      </w:r>
      <w:r w:rsidR="10DC8622">
        <w:t xml:space="preserve"> Amy (incoming chair) and Satya (incoming secretary/vice chair) will organize.</w:t>
      </w:r>
    </w:p>
    <w:p w14:paraId="5D0F3251" w14:textId="0E7573F3" w:rsidR="001D29AF" w:rsidRDefault="0666FE05">
      <w:r>
        <w:t>A</w:t>
      </w:r>
      <w:r w:rsidR="72B89CBF">
        <w:t xml:space="preserve"> </w:t>
      </w:r>
      <w:r>
        <w:t xml:space="preserve">Doodle poll or similar survey </w:t>
      </w:r>
      <w:r w:rsidR="45E55EA4">
        <w:t xml:space="preserve">will be sent out to assist in </w:t>
      </w:r>
      <w:r>
        <w:t>date selection</w:t>
      </w:r>
      <w:r w:rsidR="4EA50D0A">
        <w:t>. Once the date and location are confirmed, Amy will</w:t>
      </w:r>
      <w:r>
        <w:t xml:space="preserve"> obtain authorization/approval from Kristina/USDA.</w:t>
      </w:r>
    </w:p>
    <w:p w14:paraId="6D3AF50E" w14:textId="77777777" w:rsidR="001D29AF" w:rsidRDefault="00000000">
      <w:pPr>
        <w:pStyle w:val="Heading1"/>
      </w:pPr>
      <w:r>
        <w:t>Open Discussion</w:t>
      </w:r>
    </w:p>
    <w:p w14:paraId="4A693BA4" w14:textId="001D17EE" w:rsidR="001D29AF" w:rsidRDefault="0666FE05">
      <w:r>
        <w:t>Anita</w:t>
      </w:r>
      <w:r w:rsidR="04845319">
        <w:t xml:space="preserve"> Thompson</w:t>
      </w:r>
      <w:r>
        <w:t xml:space="preserve"> will send a summary of</w:t>
      </w:r>
      <w:r w:rsidR="087909AD">
        <w:t xml:space="preserve"> her</w:t>
      </w:r>
      <w:r>
        <w:t xml:space="preserve"> findings on bioengineering curricula.</w:t>
      </w:r>
    </w:p>
    <w:p w14:paraId="356CEEA7" w14:textId="7B9F9DAA" w:rsidR="001D29AF" w:rsidRDefault="0666FE05">
      <w:r>
        <w:t>The committee discussed communications and outreach, with a note emphasizing that this should be acted on.</w:t>
      </w:r>
      <w:r w:rsidR="4E525670">
        <w:t xml:space="preserve"> Amy will follow up to ensure this gets appropriately kicked off.</w:t>
      </w:r>
    </w:p>
    <w:p w14:paraId="2130466B" w14:textId="4F7C97C6" w:rsidR="001D29AF" w:rsidRDefault="0666FE05">
      <w:r>
        <w:t>Recruiting and marketing were discussed. Many programs reported feeling “on the hot seat”</w:t>
      </w:r>
      <w:r w:rsidR="52C77DA6">
        <w:t xml:space="preserve"> while others reported having very strong growth or turning away students. Peter</w:t>
      </w:r>
      <w:r>
        <w:t xml:space="preserve"> </w:t>
      </w:r>
      <w:r w:rsidR="54546C4D">
        <w:t xml:space="preserve">Livingston described a well-recieved </w:t>
      </w:r>
      <w:r>
        <w:t>Cal Poly hands-on recruiting</w:t>
      </w:r>
      <w:r w:rsidR="0448D56C">
        <w:t xml:space="preserve"> activity. There was also d</w:t>
      </w:r>
      <w:r>
        <w:t xml:space="preserve">iscussion </w:t>
      </w:r>
      <w:r w:rsidR="058D65CD">
        <w:t xml:space="preserve">of </w:t>
      </w:r>
      <w:r w:rsidR="4503DC4D">
        <w:t xml:space="preserve">the special challenges of </w:t>
      </w:r>
      <w:r>
        <w:t>recruiting</w:t>
      </w:r>
      <w:r w:rsidR="63DCD527">
        <w:t xml:space="preserve"> in units</w:t>
      </w:r>
      <w:r>
        <w:t xml:space="preserve"> whe</w:t>
      </w:r>
      <w:r w:rsidR="767F21EA">
        <w:t>re</w:t>
      </w:r>
      <w:r>
        <w:t xml:space="preserve"> programs share a common first year</w:t>
      </w:r>
      <w:r w:rsidR="69BA3C87">
        <w:t xml:space="preserve"> across the college</w:t>
      </w:r>
      <w:r>
        <w:t>.</w:t>
      </w:r>
    </w:p>
    <w:p w14:paraId="3CB9E76A" w14:textId="42C25F1E" w:rsidR="001D29AF" w:rsidRDefault="0D3195EE">
      <w:r>
        <w:lastRenderedPageBreak/>
        <w:t>S</w:t>
      </w:r>
      <w:r w:rsidR="0666FE05">
        <w:t>cotty and Oladiran will lead an effort focused on the nature of recruiting issues, ideas and practices, and where potential students are</w:t>
      </w:r>
      <w:r w:rsidR="58DE83BF">
        <w:t xml:space="preserve"> to be found</w:t>
      </w:r>
      <w:r w:rsidR="0666FE05">
        <w:t>.</w:t>
      </w:r>
    </w:p>
    <w:p w14:paraId="3E5E4330" w14:textId="77777777" w:rsidR="001D29AF" w:rsidRDefault="00000000">
      <w:pPr>
        <w:pStyle w:val="Heading1"/>
      </w:pPr>
      <w:r>
        <w:t>ASABE Journal Editor Encouragement</w:t>
      </w:r>
    </w:p>
    <w:p w14:paraId="02B25B4E" w14:textId="723DBD6E" w:rsidR="001D29AF" w:rsidRDefault="0666FE05">
      <w:r>
        <w:t>ASABE journal editor</w:t>
      </w:r>
      <w:r w:rsidR="417D5B34">
        <w:t xml:space="preserve"> in chief Sudaghar Mani asked the group to continue to encourage our folks to submit to ASABE journals. He noted </w:t>
      </w:r>
      <w:r>
        <w:t>professional development in literature reviews and manuscript preparation for graduate students</w:t>
      </w:r>
      <w:r w:rsidR="23C3A2A1">
        <w:t xml:space="preserve">, the opportunities for </w:t>
      </w:r>
      <w:r>
        <w:t>recognition for superior papers and outstanding reviewers, and the need to encourage and acknowledge these contributions.</w:t>
      </w:r>
    </w:p>
    <w:p w14:paraId="76BFD29E" w14:textId="77777777" w:rsidR="001D29AF" w:rsidRDefault="0666FE05">
      <w:pPr>
        <w:pStyle w:val="Heading1"/>
      </w:pPr>
      <w:r>
        <w:t>Go-Around Updates</w:t>
      </w:r>
    </w:p>
    <w:p w14:paraId="274242F9" w14:textId="4CD3C537" w:rsidR="001D29AF" w:rsidRDefault="285CE06A" w:rsidP="0666FE05">
      <w:pPr>
        <w:pStyle w:val="ListBullet"/>
      </w:pPr>
      <w:r>
        <w:t>Various</w:t>
      </w:r>
    </w:p>
    <w:p w14:paraId="45360E3F" w14:textId="77777777" w:rsidR="001D29AF" w:rsidRDefault="285CE06A">
      <w:pPr>
        <w:pStyle w:val="Heading1"/>
      </w:pPr>
      <w:r>
        <w:t>Adjournment</w:t>
      </w:r>
    </w:p>
    <w:p w14:paraId="2FE234ED" w14:textId="0524308E" w:rsidR="001D29AF" w:rsidRDefault="285CE06A" w:rsidP="0666FE05">
      <w:r>
        <w:t>A motion to adjourn was made, seconded, and approved. Muthu adjourned the meeting.</w:t>
      </w:r>
    </w:p>
    <w:p w14:paraId="146A2309" w14:textId="50FE8F6E" w:rsidR="001D29AF" w:rsidRDefault="0666FE05">
      <w:pPr>
        <w:pStyle w:val="Heading1"/>
      </w:pPr>
      <w:r>
        <w:t>Action Items Captured in Notes</w:t>
      </w: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1D29AF" w14:paraId="7FA93544" w14:textId="77777777" w:rsidTr="0666FE05">
        <w:trPr>
          <w:jc w:val="center"/>
        </w:trPr>
        <w:tc>
          <w:tcPr>
            <w:tcW w:w="489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8A569D" w14:textId="77777777" w:rsidR="001D29AF" w:rsidRDefault="00000000">
            <w:r>
              <w:rPr>
                <w:b/>
                <w:color w:val="FFFFFF"/>
              </w:rPr>
              <w:t>Owner</w:t>
            </w:r>
          </w:p>
        </w:tc>
        <w:tc>
          <w:tcPr>
            <w:tcW w:w="489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E446E2" w14:textId="77777777" w:rsidR="001D29AF" w:rsidRDefault="00000000">
            <w:r>
              <w:rPr>
                <w:b/>
                <w:color w:val="FFFFFF"/>
              </w:rPr>
              <w:t>Action</w:t>
            </w:r>
          </w:p>
        </w:tc>
      </w:tr>
      <w:tr w:rsidR="001D29AF" w14:paraId="52417B7B" w14:textId="77777777" w:rsidTr="0666FE05">
        <w:trPr>
          <w:jc w:val="center"/>
        </w:trPr>
        <w:tc>
          <w:tcPr>
            <w:tcW w:w="489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7AC1FC" w14:textId="77777777" w:rsidR="001D29AF" w:rsidRDefault="00000000">
            <w:r>
              <w:t>Anita</w:t>
            </w:r>
          </w:p>
        </w:tc>
        <w:tc>
          <w:tcPr>
            <w:tcW w:w="489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2D10DF" w14:textId="77777777" w:rsidR="001D29AF" w:rsidRDefault="00000000">
            <w:r>
              <w:t>Send a summary of findings on bioengineering curricula.</w:t>
            </w:r>
          </w:p>
        </w:tc>
      </w:tr>
      <w:tr w:rsidR="001D29AF" w14:paraId="44231CEE" w14:textId="77777777" w:rsidTr="0666FE05">
        <w:trPr>
          <w:jc w:val="center"/>
        </w:trPr>
        <w:tc>
          <w:tcPr>
            <w:tcW w:w="489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122F0A" w14:textId="77777777" w:rsidR="001D29AF" w:rsidRDefault="00000000">
            <w:r>
              <w:t>Scotty and Oladiran</w:t>
            </w:r>
          </w:p>
        </w:tc>
        <w:tc>
          <w:tcPr>
            <w:tcW w:w="489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E3612" w14:textId="77777777" w:rsidR="001D29AF" w:rsidRDefault="00000000">
            <w:r>
              <w:t>Lead a recruiting-focused effort on issues, ideas/practices, and potential student sources.</w:t>
            </w:r>
          </w:p>
        </w:tc>
      </w:tr>
      <w:tr w:rsidR="001D29AF" w14:paraId="7E6FD605" w14:textId="77777777" w:rsidTr="0666FE05">
        <w:trPr>
          <w:jc w:val="center"/>
        </w:trPr>
        <w:tc>
          <w:tcPr>
            <w:tcW w:w="489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B88BF7" w14:textId="74BFF0B6" w:rsidR="001D29AF" w:rsidRDefault="5375D530">
            <w:r>
              <w:t>Amy and Satya</w:t>
            </w:r>
          </w:p>
        </w:tc>
        <w:tc>
          <w:tcPr>
            <w:tcW w:w="489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A961FE" w14:textId="77777777" w:rsidR="001D29AF" w:rsidRDefault="00000000">
            <w:r>
              <w:t>Send Doodle poll or similar date-choice survey for the winter meeting.</w:t>
            </w:r>
          </w:p>
        </w:tc>
      </w:tr>
    </w:tbl>
    <w:p w14:paraId="24261B48" w14:textId="586CCF64" w:rsidR="0666FE05" w:rsidRDefault="0666FE05"/>
    <w:p w14:paraId="672A6659" w14:textId="77777777" w:rsidR="001D29AF" w:rsidRDefault="001D29AF">
      <w:pPr>
        <w:sectPr w:rsidR="001D29AF">
          <w:footerReference w:type="default" r:id="rId8"/>
          <w:pgSz w:w="12240" w:h="15840"/>
          <w:pgMar w:top="1008" w:right="1224" w:bottom="1008" w:left="1224" w:header="720" w:footer="720" w:gutter="0"/>
          <w:cols w:space="720"/>
          <w:docGrid w:linePitch="360"/>
        </w:sectPr>
      </w:pPr>
    </w:p>
    <w:p w14:paraId="3A10CE5B" w14:textId="77777777" w:rsidR="001D29AF" w:rsidRDefault="00000000">
      <w:pPr>
        <w:pStyle w:val="Heading1"/>
      </w:pPr>
      <w:r>
        <w:lastRenderedPageBreak/>
        <w:t>Appendix A: Attendee List</w:t>
      </w:r>
    </w:p>
    <w:p w14:paraId="4EAA0ED7" w14:textId="6D406D2B" w:rsidR="001D29AF" w:rsidRDefault="0666FE05">
      <w:r>
        <w:t>Transcribed from the participant sign-in sheet</w:t>
      </w:r>
    </w:p>
    <w:tbl>
      <w:tblPr>
        <w:tblW w:w="10080" w:type="dxa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575"/>
        <w:gridCol w:w="3285"/>
        <w:gridCol w:w="2220"/>
      </w:tblGrid>
      <w:tr w:rsidR="001D29AF" w14:paraId="479029BF" w14:textId="77777777" w:rsidTr="0666FE05">
        <w:trPr>
          <w:jc w:val="center"/>
        </w:trPr>
        <w:tc>
          <w:tcPr>
            <w:tcW w:w="4575" w:type="dxa"/>
            <w:shd w:val="clear" w:color="auto" w:fill="1F4E79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909AED" w14:textId="77777777" w:rsidR="001D29AF" w:rsidRDefault="00000000">
            <w:r>
              <w:rPr>
                <w:b/>
                <w:color w:val="FFFFFF"/>
              </w:rPr>
              <w:t>Name</w:t>
            </w:r>
          </w:p>
        </w:tc>
        <w:tc>
          <w:tcPr>
            <w:tcW w:w="3285" w:type="dxa"/>
            <w:shd w:val="clear" w:color="auto" w:fill="1F4E79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8FDF56C" w14:textId="77777777" w:rsidR="001D29AF" w:rsidRDefault="00000000">
            <w:r>
              <w:rPr>
                <w:b/>
                <w:color w:val="FFFFFF"/>
              </w:rPr>
              <w:t>Institution</w:t>
            </w:r>
          </w:p>
        </w:tc>
        <w:tc>
          <w:tcPr>
            <w:tcW w:w="2220" w:type="dxa"/>
            <w:shd w:val="clear" w:color="auto" w:fill="1F4E79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E3AAAC9" w14:textId="236AC33F" w:rsidR="001D29AF" w:rsidRDefault="0666FE05">
            <w:r w:rsidRPr="0666FE05">
              <w:rPr>
                <w:b/>
                <w:bCs/>
                <w:color w:val="FFFFFF" w:themeColor="background1"/>
              </w:rPr>
              <w:t xml:space="preserve">Years as Head/Chair </w:t>
            </w:r>
          </w:p>
        </w:tc>
      </w:tr>
      <w:tr w:rsidR="001D29AF" w14:paraId="751393EA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C944683" w14:textId="77777777" w:rsidR="001D29AF" w:rsidRDefault="00000000">
            <w:r>
              <w:t>Lindsay Anderson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E4714" w14:textId="77777777" w:rsidR="001D29AF" w:rsidRDefault="00000000">
            <w:r>
              <w:t>Cornell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CD5EC4" w14:textId="77777777" w:rsidR="001D29AF" w:rsidRDefault="00000000">
            <w:r>
              <w:t>3</w:t>
            </w:r>
          </w:p>
        </w:tc>
      </w:tr>
      <w:tr w:rsidR="001D29AF" w14:paraId="148CF75B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F202F2B" w14:textId="77777777" w:rsidR="001D29AF" w:rsidRDefault="00000000">
            <w:r>
              <w:t>Patricia Smith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47C88F6" w14:textId="77777777" w:rsidR="001D29AF" w:rsidRDefault="00000000">
            <w:r>
              <w:t>Texas A&amp;M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98DEE6" w14:textId="77777777" w:rsidR="001D29AF" w:rsidRDefault="00000000">
            <w:r>
              <w:t>4</w:t>
            </w:r>
          </w:p>
        </w:tc>
      </w:tr>
      <w:tr w:rsidR="001D29AF" w14:paraId="6D573669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F456E1C" w14:textId="586BE0FA" w:rsidR="001D29AF" w:rsidRDefault="019FA0B1">
            <w:r>
              <w:t xml:space="preserve">Durelle Scott 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AE54F75" w14:textId="77777777" w:rsidR="001D29AF" w:rsidRDefault="00000000">
            <w:r>
              <w:t>NCSU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56E07E" w14:textId="71DAF246" w:rsidR="001D29AF" w:rsidRDefault="0666FE05">
            <w:r>
              <w:t>1</w:t>
            </w:r>
          </w:p>
        </w:tc>
      </w:tr>
      <w:tr w:rsidR="001D29AF" w14:paraId="38C278EA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C15AD14" w14:textId="6A3C6BA3" w:rsidR="001D29AF" w:rsidRDefault="0666FE05">
            <w:r>
              <w:t>Niraj A</w:t>
            </w:r>
            <w:r w:rsidR="1F80580F">
              <w:t>ryal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BA3709" w14:textId="77777777" w:rsidR="001D29AF" w:rsidRDefault="00000000">
            <w:r>
              <w:t>NC A&amp;T State Univ.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778152" w14:textId="77777777" w:rsidR="001D29AF" w:rsidRDefault="00000000">
            <w:r>
              <w:t>3</w:t>
            </w:r>
          </w:p>
        </w:tc>
      </w:tr>
      <w:tr w:rsidR="001D29AF" w14:paraId="44CA0F57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C3C963C" w14:textId="77777777" w:rsidR="001D29AF" w:rsidRDefault="00000000">
            <w:r>
              <w:t>Terry Howell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411424" w14:textId="77777777" w:rsidR="001D29AF" w:rsidRDefault="00000000">
            <w:r>
              <w:t>Arkansas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A036E3D" w14:textId="77777777" w:rsidR="001D29AF" w:rsidRDefault="00000000">
            <w:r>
              <w:t>3</w:t>
            </w:r>
          </w:p>
        </w:tc>
      </w:tr>
      <w:tr w:rsidR="001D29AF" w14:paraId="230A910A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CB5A41" w14:textId="77777777" w:rsidR="001D29AF" w:rsidRDefault="00000000">
            <w:r>
              <w:t>Nate Mosier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83DD36" w14:textId="77777777" w:rsidR="001D29AF" w:rsidRDefault="00000000">
            <w:r>
              <w:t>Purdue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B4EA11" w14:textId="77777777" w:rsidR="001D29AF" w:rsidRDefault="00000000">
            <w:r>
              <w:t>6</w:t>
            </w:r>
          </w:p>
        </w:tc>
      </w:tr>
      <w:tr w:rsidR="001D29AF" w14:paraId="155CDB21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22EF3AF" w14:textId="77777777" w:rsidR="001D29AF" w:rsidRDefault="00000000">
            <w:r>
              <w:t>Alex Thomasson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678B53" w14:textId="77777777" w:rsidR="001D29AF" w:rsidRDefault="00000000">
            <w:r>
              <w:t>Miss. State U.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B87E3DE" w14:textId="77777777" w:rsidR="001D29AF" w:rsidRDefault="00000000">
            <w:r>
              <w:t>6</w:t>
            </w:r>
          </w:p>
        </w:tc>
      </w:tr>
      <w:tr w:rsidR="001D29AF" w14:paraId="568F188E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3A427AD" w14:textId="77777777" w:rsidR="001D29AF" w:rsidRDefault="00000000">
            <w:r>
              <w:t>Steve Thompson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396A8D0" w14:textId="77777777" w:rsidR="001D29AF" w:rsidRDefault="00000000">
            <w:r>
              <w:t>USDA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9935FF" w14:textId="33B23D07" w:rsidR="001D29AF" w:rsidRDefault="001D29AF"/>
        </w:tc>
      </w:tr>
      <w:tr w:rsidR="001D29AF" w14:paraId="5E1057C0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822DE5" w14:textId="77777777" w:rsidR="001D29AF" w:rsidRDefault="00000000">
            <w:r>
              <w:t>Amy Kaleita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9BE7C0" w14:textId="77777777" w:rsidR="001D29AF" w:rsidRDefault="00000000">
            <w:r>
              <w:t>Iowa State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37501D" w14:textId="312A01AD" w:rsidR="001D29AF" w:rsidRDefault="2AAE59F3">
            <w:r>
              <w:t>4</w:t>
            </w:r>
          </w:p>
        </w:tc>
      </w:tr>
      <w:tr w:rsidR="001D29AF" w14:paraId="3E98EA64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710D40" w14:textId="42A4B48B" w:rsidR="001D29AF" w:rsidRDefault="2AAE59F3" w:rsidP="0666FE05">
            <w:r>
              <w:t>Muthu Muthukumarappan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4CA4AFD" w14:textId="14F2EAED" w:rsidR="001D29AF" w:rsidRDefault="2AAE59F3" w:rsidP="0666FE05">
            <w:r>
              <w:t>SDSU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941E47" w14:textId="77777777" w:rsidR="001D29AF" w:rsidRDefault="00000000">
            <w:r>
              <w:t>5</w:t>
            </w:r>
          </w:p>
        </w:tc>
      </w:tr>
      <w:tr w:rsidR="001D29AF" w14:paraId="34317042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4C68D90" w14:textId="178943BD" w:rsidR="001D29AF" w:rsidRDefault="1B000117" w:rsidP="0666FE05">
            <w:r>
              <w:t>Michael Montross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8E4791" w14:textId="77777777" w:rsidR="001D29AF" w:rsidRDefault="00000000">
            <w:r>
              <w:t>UK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2B7304" w14:textId="77777777" w:rsidR="001D29AF" w:rsidRDefault="00000000">
            <w:r>
              <w:t>9</w:t>
            </w:r>
          </w:p>
        </w:tc>
      </w:tr>
      <w:tr w:rsidR="001D29AF" w14:paraId="1E7C5662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A2EA4FA" w14:textId="77777777" w:rsidR="001D29AF" w:rsidRDefault="00000000">
            <w:r>
              <w:t>Joe Luck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5D3725A" w14:textId="77777777" w:rsidR="001D29AF" w:rsidRDefault="00000000">
            <w:r>
              <w:t>UNL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21320B8" w14:textId="77777777" w:rsidR="001D29AF" w:rsidRDefault="00000000">
            <w:r>
              <w:t>0.5</w:t>
            </w:r>
          </w:p>
        </w:tc>
      </w:tr>
      <w:tr w:rsidR="001D29AF" w14:paraId="2F3788C0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07AFC5" w14:textId="5C505CC7" w:rsidR="001D29AF" w:rsidRDefault="0666FE05">
            <w:r>
              <w:t>Greg Kiker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258854" w14:textId="77777777" w:rsidR="001D29AF" w:rsidRDefault="00000000">
            <w:r>
              <w:t>UFL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C964F70" w14:textId="77777777" w:rsidR="001D29AF" w:rsidRDefault="00000000">
            <w:r>
              <w:t>1.5</w:t>
            </w:r>
          </w:p>
        </w:tc>
      </w:tr>
      <w:tr w:rsidR="001D29AF" w14:paraId="5942E5C1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983382F" w14:textId="647A2CC8" w:rsidR="001D29AF" w:rsidRDefault="7868AA00" w:rsidP="0666FE05">
            <w:r>
              <w:t>Mark Wilkins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C33A4A3" w14:textId="04485AD9" w:rsidR="001D29AF" w:rsidRDefault="7868AA00" w:rsidP="0666FE05">
            <w:r>
              <w:t>K State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964D78" w14:textId="77777777" w:rsidR="001D29AF" w:rsidRDefault="00000000">
            <w:r>
              <w:t>4</w:t>
            </w:r>
          </w:p>
        </w:tc>
      </w:tr>
      <w:tr w:rsidR="001D29AF" w14:paraId="60B52539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F195B57" w14:textId="77777777" w:rsidR="001D29AF" w:rsidRDefault="00000000">
            <w:r>
              <w:t>Leon Schumacher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28787" w14:textId="77777777" w:rsidR="001D29AF" w:rsidRDefault="00000000">
            <w:r>
              <w:t>NDSU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4240AAE" w14:textId="77777777" w:rsidR="001D29AF" w:rsidRDefault="00000000">
            <w:r>
              <w:t>5</w:t>
            </w:r>
          </w:p>
        </w:tc>
      </w:tr>
      <w:tr w:rsidR="001D29AF" w14:paraId="5B18C8FD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C761F71" w14:textId="77D04257" w:rsidR="001D29AF" w:rsidRDefault="0666FE05">
            <w:r>
              <w:t>Jenny Keshwani</w:t>
            </w:r>
            <w:r w:rsidR="3C6A6A4F">
              <w:t xml:space="preserve"> on behalf of Jixun Zhan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D9056AD" w14:textId="77777777" w:rsidR="001D29AF" w:rsidRDefault="00000000">
            <w:r>
              <w:t>Utah State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946A7AE" w14:textId="32238CCA" w:rsidR="001D29AF" w:rsidRDefault="001D29AF"/>
        </w:tc>
      </w:tr>
      <w:tr w:rsidR="0666FE05" w14:paraId="71262920" w14:textId="77777777" w:rsidTr="0666FE05">
        <w:trPr>
          <w:trHeight w:val="300"/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78A15EF" w14:textId="5F9A0EE0" w:rsidR="77C6F636" w:rsidRDefault="77C6F636" w:rsidP="0666FE05">
            <w:r>
              <w:t>Shiv Prasher on behalf of Slava Adamchuk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FC18DB" w14:textId="12C0DDB1" w:rsidR="77C6F636" w:rsidRDefault="77C6F636" w:rsidP="0666FE05">
            <w:r>
              <w:t>McGill Univ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9328F4" w14:textId="5B4049F8" w:rsidR="0666FE05" w:rsidRDefault="0666FE05" w:rsidP="0666FE05"/>
        </w:tc>
      </w:tr>
      <w:tr w:rsidR="001D29AF" w14:paraId="15BA76FC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3180832" w14:textId="77777777" w:rsidR="001D29AF" w:rsidRDefault="00000000">
            <w:r>
              <w:t>Ronaldo Maghirang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F90571" w14:textId="77777777" w:rsidR="001D29AF" w:rsidRDefault="00000000">
            <w:r>
              <w:t>University of Illinois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5697EEC" w14:textId="77777777" w:rsidR="001D29AF" w:rsidRDefault="00000000">
            <w:r>
              <w:t>7</w:t>
            </w:r>
          </w:p>
        </w:tc>
      </w:tr>
      <w:tr w:rsidR="001D29AF" w14:paraId="5493784D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83D34CC" w14:textId="77777777" w:rsidR="001D29AF" w:rsidRDefault="00000000">
            <w:r>
              <w:t>Hua Zhuo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A978EE4" w14:textId="766665AF" w:rsidR="001D29AF" w:rsidRDefault="001D29AF"/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7310F6F" w14:textId="77777777" w:rsidR="001D29AF" w:rsidRDefault="00000000">
            <w:r>
              <w:t>4</w:t>
            </w:r>
          </w:p>
        </w:tc>
      </w:tr>
      <w:tr w:rsidR="001D29AF" w14:paraId="667BCC27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5000A78" w14:textId="77777777" w:rsidR="001D29AF" w:rsidRDefault="00000000">
            <w:r>
              <w:t>Anita Thompson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AFC3FB" w14:textId="77777777" w:rsidR="001D29AF" w:rsidRDefault="00000000">
            <w:r>
              <w:t>UW-Madison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8D9363B" w14:textId="77777777" w:rsidR="001D29AF" w:rsidRDefault="00000000">
            <w:r>
              <w:t>3</w:t>
            </w:r>
          </w:p>
        </w:tc>
      </w:tr>
      <w:tr w:rsidR="001D29AF" w14:paraId="7A0EAE6F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AD2A61A" w14:textId="77777777" w:rsidR="001D29AF" w:rsidRDefault="00000000">
            <w:r>
              <w:t>Oladiran Fasina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9D69C0" w14:textId="21084AD3" w:rsidR="001D29AF" w:rsidRDefault="402F8021">
            <w:r>
              <w:t>Auburn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9009E4" w14:textId="77777777" w:rsidR="001D29AF" w:rsidRDefault="00000000">
            <w:r>
              <w:t>9</w:t>
            </w:r>
          </w:p>
        </w:tc>
      </w:tr>
      <w:tr w:rsidR="001D29AF" w14:paraId="0C32B42A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386AB3" w14:textId="77777777" w:rsidR="001D29AF" w:rsidRDefault="00000000">
            <w:r>
              <w:t>Manuel Garcia-Perez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B55DB7F" w14:textId="75F3F338" w:rsidR="001D29AF" w:rsidRDefault="060108A0">
            <w:r>
              <w:t>Washington State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DDB914C" w14:textId="77777777" w:rsidR="001D29AF" w:rsidRDefault="00000000">
            <w:r>
              <w:t>6</w:t>
            </w:r>
          </w:p>
        </w:tc>
      </w:tr>
      <w:tr w:rsidR="001D29AF" w14:paraId="52EC424C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C82D277" w14:textId="59665E51" w:rsidR="001D29AF" w:rsidRDefault="76BA79FE" w:rsidP="0666FE05">
            <w:r>
              <w:t>Satyanarayan Dev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43E1D5E" w14:textId="0431AA1E" w:rsidR="001D29AF" w:rsidRDefault="76BA79FE" w:rsidP="0666FE05">
            <w:r>
              <w:t>FAMU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DB90EB" w14:textId="77777777" w:rsidR="001D29AF" w:rsidRDefault="00000000">
            <w:r>
              <w:t>5</w:t>
            </w:r>
          </w:p>
        </w:tc>
      </w:tr>
      <w:tr w:rsidR="001D29AF" w14:paraId="5093C486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59F088" w14:textId="76DE18C8" w:rsidR="001D29AF" w:rsidRDefault="0666FE05">
            <w:r>
              <w:lastRenderedPageBreak/>
              <w:t>Mari Chin</w:t>
            </w:r>
            <w:r w:rsidR="4A582879">
              <w:t>n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C011613" w14:textId="77777777" w:rsidR="001D29AF" w:rsidRDefault="00000000">
            <w:r>
              <w:t>OK State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13425C" w14:textId="77777777" w:rsidR="001D29AF" w:rsidRDefault="00000000">
            <w:r>
              <w:t>5.5</w:t>
            </w:r>
          </w:p>
        </w:tc>
      </w:tr>
      <w:tr w:rsidR="001D29AF" w14:paraId="34F7C13A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660DB4" w14:textId="77777777" w:rsidR="001D29AF" w:rsidRDefault="00000000">
            <w:r>
              <w:t>Shawn Hawkins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E9B146" w14:textId="77777777" w:rsidR="001D29AF" w:rsidRDefault="00000000">
            <w:r>
              <w:t>Univ. Tennessee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D74DB76" w14:textId="77777777" w:rsidR="001D29AF" w:rsidRDefault="00000000">
            <w:r>
              <w:t>0.5</w:t>
            </w:r>
          </w:p>
        </w:tc>
      </w:tr>
      <w:tr w:rsidR="001D29AF" w14:paraId="457F9BF2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ABFD224" w14:textId="77777777" w:rsidR="001D29AF" w:rsidRDefault="00000000">
            <w:r>
              <w:t>Bradley Marks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16CE00B" w14:textId="77777777" w:rsidR="001D29AF" w:rsidRDefault="00000000">
            <w:r>
              <w:t>Michigan State U.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D9A48CF" w14:textId="77777777" w:rsidR="001D29AF" w:rsidRDefault="00000000">
            <w:r>
              <w:t>6</w:t>
            </w:r>
          </w:p>
        </w:tc>
      </w:tr>
      <w:tr w:rsidR="001D29AF" w14:paraId="70A372E7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FD45529" w14:textId="0409B668" w:rsidR="001D29AF" w:rsidRDefault="0666FE05">
            <w:r>
              <w:t>Marybeth</w:t>
            </w:r>
            <w:r w:rsidR="1565496B">
              <w:t xml:space="preserve"> Lima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83BDBC" w14:textId="05C2121D" w:rsidR="001D29AF" w:rsidRDefault="1565496B" w:rsidP="0666FE05">
            <w:r>
              <w:t>LSU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AA1B773" w14:textId="77777777" w:rsidR="001D29AF" w:rsidRDefault="00000000">
            <w:r>
              <w:t>6</w:t>
            </w:r>
          </w:p>
        </w:tc>
      </w:tr>
      <w:tr w:rsidR="001D29AF" w14:paraId="2DD33D5A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5B1A84A" w14:textId="3B61EE37" w:rsidR="001D29AF" w:rsidRDefault="0666FE05">
            <w:r>
              <w:t>Heinz Bern</w:t>
            </w:r>
            <w:r w:rsidR="3EEB8F39">
              <w:t>hardt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399888F" w14:textId="2066A684" w:rsidR="001D29AF" w:rsidRDefault="3EEB8F39" w:rsidP="0666FE05">
            <w:r>
              <w:t>TUM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3DECFD" w14:textId="54B7A334" w:rsidR="001D29AF" w:rsidRDefault="3EEB8F39" w:rsidP="0666FE05">
            <w:r>
              <w:t>4</w:t>
            </w:r>
          </w:p>
        </w:tc>
      </w:tr>
      <w:tr w:rsidR="001D29AF" w14:paraId="58E34606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53721E5" w14:textId="77777777" w:rsidR="001D29AF" w:rsidRDefault="00000000">
            <w:r>
              <w:t>Peter Livingston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49FF5D" w14:textId="77777777" w:rsidR="001D29AF" w:rsidRDefault="00000000">
            <w:r>
              <w:t>Cal Poly SLO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2C3D751" w14:textId="0F9E78FA" w:rsidR="001D29AF" w:rsidRDefault="6695CBBE" w:rsidP="0666FE05">
            <w:r>
              <w:t>10</w:t>
            </w:r>
          </w:p>
        </w:tc>
      </w:tr>
      <w:tr w:rsidR="001D29AF" w14:paraId="497FE7A1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CB89826" w14:textId="77777777" w:rsidR="001D29AF" w:rsidRDefault="00000000">
            <w:r>
              <w:t>Fadi Fathallah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BD00BA" w14:textId="77777777" w:rsidR="001D29AF" w:rsidRDefault="00000000">
            <w:r>
              <w:t>UC Davis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D369756" w14:textId="256E778E" w:rsidR="001D29AF" w:rsidRDefault="5C6F6836" w:rsidP="0666FE05">
            <w:r>
              <w:t>5</w:t>
            </w:r>
          </w:p>
        </w:tc>
      </w:tr>
      <w:tr w:rsidR="001D29AF" w14:paraId="3D56C95D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DEE5073" w14:textId="45C8CB6A" w:rsidR="001D29AF" w:rsidRDefault="5C6F6836" w:rsidP="0666FE05">
            <w:r>
              <w:t>Sudhagar Mani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1912424" w14:textId="063F1FA4" w:rsidR="001D29AF" w:rsidRDefault="2B8452A3" w:rsidP="0666FE05">
            <w:r>
              <w:t xml:space="preserve">ASABE Journals Editor in Chief 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29DE7E4" w14:textId="399EA7D6" w:rsidR="001D29AF" w:rsidRDefault="5C6F6836" w:rsidP="0666FE05">
            <w:r>
              <w:t>2</w:t>
            </w:r>
          </w:p>
        </w:tc>
      </w:tr>
      <w:tr w:rsidR="001D29AF" w14:paraId="4C091511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2E7361" w14:textId="7EEE2B90" w:rsidR="001D29AF" w:rsidRDefault="0666FE05">
            <w:r>
              <w:t>Scot She</w:t>
            </w:r>
            <w:r w:rsidR="484CB77B">
              <w:t>a</w:t>
            </w:r>
            <w:r>
              <w:t>rer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79097AD" w14:textId="77777777" w:rsidR="001D29AF" w:rsidRDefault="00000000">
            <w:r>
              <w:t>Ohio State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8F999B5" w14:textId="4D8A2B0E" w:rsidR="001D29AF" w:rsidRDefault="1E4D1F37" w:rsidP="0666FE05">
            <w:r>
              <w:t>16</w:t>
            </w:r>
          </w:p>
        </w:tc>
      </w:tr>
      <w:tr w:rsidR="001D29AF" w14:paraId="5D90D60D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32C098C" w14:textId="17421479" w:rsidR="001D29AF" w:rsidRDefault="0666FE05">
            <w:r>
              <w:t>Jill S</w:t>
            </w:r>
            <w:r w:rsidR="14C586A1">
              <w:t>traub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C50A16" w14:textId="02F12286" w:rsidR="001D29AF" w:rsidRDefault="00000000">
            <w:r>
              <w:t xml:space="preserve">ASABE </w:t>
            </w:r>
            <w:r w:rsidR="00E60FC9">
              <w:t>Staff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8ED496" w14:textId="0A12DA45" w:rsidR="001D29AF" w:rsidRDefault="001D29AF"/>
        </w:tc>
      </w:tr>
      <w:tr w:rsidR="001D29AF" w14:paraId="503331AE" w14:textId="77777777" w:rsidTr="0666FE05">
        <w:trPr>
          <w:jc w:val="center"/>
        </w:trPr>
        <w:tc>
          <w:tcPr>
            <w:tcW w:w="457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50244B7" w14:textId="77777777" w:rsidR="001D29AF" w:rsidRDefault="00000000">
            <w:r>
              <w:t>Dwayne Edwards</w:t>
            </w:r>
          </w:p>
        </w:tc>
        <w:tc>
          <w:tcPr>
            <w:tcW w:w="328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CAD0FF" w14:textId="77777777" w:rsidR="001D29AF" w:rsidRDefault="00000000">
            <w:r>
              <w:t>VA Tech</w:t>
            </w:r>
          </w:p>
        </w:tc>
        <w:tc>
          <w:tcPr>
            <w:tcW w:w="222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BA1243" w14:textId="77777777" w:rsidR="001D29AF" w:rsidRDefault="00000000">
            <w:r>
              <w:t>6</w:t>
            </w:r>
          </w:p>
        </w:tc>
      </w:tr>
    </w:tbl>
    <w:p w14:paraId="5A5D3BCE" w14:textId="77777777" w:rsidR="00176771" w:rsidRDefault="00176771"/>
    <w:sectPr w:rsidR="00176771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1C11F" w14:textId="77777777" w:rsidR="00176771" w:rsidRDefault="00176771">
      <w:pPr>
        <w:spacing w:after="0" w:line="240" w:lineRule="auto"/>
      </w:pPr>
      <w:r>
        <w:separator/>
      </w:r>
    </w:p>
  </w:endnote>
  <w:endnote w:type="continuationSeparator" w:id="0">
    <w:p w14:paraId="42872B31" w14:textId="77777777" w:rsidR="00176771" w:rsidRDefault="0017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BC7A" w14:textId="77777777" w:rsidR="001D29AF" w:rsidRDefault="00000000">
    <w:pPr>
      <w:pStyle w:val="Footer"/>
      <w:jc w:val="center"/>
    </w:pPr>
    <w:r>
      <w:rPr>
        <w:color w:val="646464"/>
        <w:sz w:val="16"/>
      </w:rPr>
      <w:t>Draft minutes prepared from July 2026 handwritten notes and sign-in sheet photos.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67858" w14:textId="77777777" w:rsidR="00176771" w:rsidRDefault="00176771">
      <w:pPr>
        <w:spacing w:after="0" w:line="240" w:lineRule="auto"/>
      </w:pPr>
      <w:r>
        <w:separator/>
      </w:r>
    </w:p>
  </w:footnote>
  <w:footnote w:type="continuationSeparator" w:id="0">
    <w:p w14:paraId="2175A6D0" w14:textId="77777777" w:rsidR="00176771" w:rsidRDefault="00176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F4109C"/>
    <w:multiLevelType w:val="hybridMultilevel"/>
    <w:tmpl w:val="675A5FCE"/>
    <w:lvl w:ilvl="0" w:tplc="E04A2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38DA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7EF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0A20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026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A410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0C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EDC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4AA7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098662">
    <w:abstractNumId w:val="9"/>
  </w:num>
  <w:num w:numId="2" w16cid:durableId="1288856419">
    <w:abstractNumId w:val="8"/>
  </w:num>
  <w:num w:numId="3" w16cid:durableId="345719383">
    <w:abstractNumId w:val="6"/>
  </w:num>
  <w:num w:numId="4" w16cid:durableId="1066031831">
    <w:abstractNumId w:val="5"/>
  </w:num>
  <w:num w:numId="5" w16cid:durableId="1343434017">
    <w:abstractNumId w:val="4"/>
  </w:num>
  <w:num w:numId="6" w16cid:durableId="2057923567">
    <w:abstractNumId w:val="7"/>
  </w:num>
  <w:num w:numId="7" w16cid:durableId="788548634">
    <w:abstractNumId w:val="3"/>
  </w:num>
  <w:num w:numId="8" w16cid:durableId="580412396">
    <w:abstractNumId w:val="2"/>
  </w:num>
  <w:num w:numId="9" w16cid:durableId="884218851">
    <w:abstractNumId w:val="1"/>
  </w:num>
  <w:num w:numId="10" w16cid:durableId="93074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6771"/>
    <w:rsid w:val="001D29AF"/>
    <w:rsid w:val="0029639D"/>
    <w:rsid w:val="00326F90"/>
    <w:rsid w:val="00AA1D8D"/>
    <w:rsid w:val="00B47730"/>
    <w:rsid w:val="00CB0664"/>
    <w:rsid w:val="00E60FC9"/>
    <w:rsid w:val="00F41629"/>
    <w:rsid w:val="00FC693F"/>
    <w:rsid w:val="019FA0B1"/>
    <w:rsid w:val="0448D56C"/>
    <w:rsid w:val="04751C0A"/>
    <w:rsid w:val="04845319"/>
    <w:rsid w:val="058D65CD"/>
    <w:rsid w:val="060108A0"/>
    <w:rsid w:val="0666FE05"/>
    <w:rsid w:val="0847708C"/>
    <w:rsid w:val="087909AD"/>
    <w:rsid w:val="08B6B880"/>
    <w:rsid w:val="08BB0169"/>
    <w:rsid w:val="0D25F506"/>
    <w:rsid w:val="0D3195EE"/>
    <w:rsid w:val="0F0F8F83"/>
    <w:rsid w:val="10DC8622"/>
    <w:rsid w:val="11840A97"/>
    <w:rsid w:val="13DF82DE"/>
    <w:rsid w:val="14C586A1"/>
    <w:rsid w:val="1565496B"/>
    <w:rsid w:val="1577FD8B"/>
    <w:rsid w:val="1655D1E4"/>
    <w:rsid w:val="16B55166"/>
    <w:rsid w:val="17881419"/>
    <w:rsid w:val="1A9C7A91"/>
    <w:rsid w:val="1B000117"/>
    <w:rsid w:val="1B0DB2DA"/>
    <w:rsid w:val="1C1AF4AC"/>
    <w:rsid w:val="1C291106"/>
    <w:rsid w:val="1E4D1F37"/>
    <w:rsid w:val="1F80580F"/>
    <w:rsid w:val="1FCF21B8"/>
    <w:rsid w:val="23591EFC"/>
    <w:rsid w:val="23C3A2A1"/>
    <w:rsid w:val="2551A4D5"/>
    <w:rsid w:val="285CE06A"/>
    <w:rsid w:val="2AAE59F3"/>
    <w:rsid w:val="2B8452A3"/>
    <w:rsid w:val="2EF88957"/>
    <w:rsid w:val="3010E477"/>
    <w:rsid w:val="30406018"/>
    <w:rsid w:val="3152D530"/>
    <w:rsid w:val="34AF4191"/>
    <w:rsid w:val="34FD88E4"/>
    <w:rsid w:val="3C6A6A4F"/>
    <w:rsid w:val="3CAC0333"/>
    <w:rsid w:val="3D7E528D"/>
    <w:rsid w:val="3E058354"/>
    <w:rsid w:val="3E901948"/>
    <w:rsid w:val="3EEB8F39"/>
    <w:rsid w:val="402886C4"/>
    <w:rsid w:val="402F8021"/>
    <w:rsid w:val="406D8CCE"/>
    <w:rsid w:val="417D5B34"/>
    <w:rsid w:val="4201A2C9"/>
    <w:rsid w:val="4503DC4D"/>
    <w:rsid w:val="450797D1"/>
    <w:rsid w:val="450CE823"/>
    <w:rsid w:val="45E55EA4"/>
    <w:rsid w:val="476E849D"/>
    <w:rsid w:val="484CB77B"/>
    <w:rsid w:val="4935E6CC"/>
    <w:rsid w:val="49EC9C5C"/>
    <w:rsid w:val="4A582879"/>
    <w:rsid w:val="4C0725DC"/>
    <w:rsid w:val="4D0632A9"/>
    <w:rsid w:val="4E525670"/>
    <w:rsid w:val="4EA50D0A"/>
    <w:rsid w:val="510D364F"/>
    <w:rsid w:val="52C77DA6"/>
    <w:rsid w:val="5375D530"/>
    <w:rsid w:val="54546C4D"/>
    <w:rsid w:val="556334DC"/>
    <w:rsid w:val="58DE83BF"/>
    <w:rsid w:val="5AFC6A27"/>
    <w:rsid w:val="5C6F6836"/>
    <w:rsid w:val="5EB30D59"/>
    <w:rsid w:val="5F47EAA9"/>
    <w:rsid w:val="60B71AF6"/>
    <w:rsid w:val="63DCD527"/>
    <w:rsid w:val="6695CBBE"/>
    <w:rsid w:val="69BA3C87"/>
    <w:rsid w:val="6D0937F6"/>
    <w:rsid w:val="6D8AA735"/>
    <w:rsid w:val="704E6C24"/>
    <w:rsid w:val="707533AD"/>
    <w:rsid w:val="72B89CBF"/>
    <w:rsid w:val="75509DFF"/>
    <w:rsid w:val="7589886F"/>
    <w:rsid w:val="75C8FCAE"/>
    <w:rsid w:val="767F21EA"/>
    <w:rsid w:val="76BA79FE"/>
    <w:rsid w:val="77B47473"/>
    <w:rsid w:val="77C6F636"/>
    <w:rsid w:val="7868AA00"/>
    <w:rsid w:val="7B5A1FA5"/>
    <w:rsid w:val="7BB68136"/>
    <w:rsid w:val="7DEF01C8"/>
    <w:rsid w:val="7E1851BE"/>
    <w:rsid w:val="7E6093DA"/>
    <w:rsid w:val="7EE2F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2D9F5931-B52F-45FD-9979-2528CD1F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8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65F9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80"/>
      <w:outlineLvl w:val="2"/>
    </w:pPr>
    <w:rPr>
      <w:rFonts w:asciiTheme="majorHAnsi" w:eastAsiaTheme="majorEastAsia" w:hAnsiTheme="majorHAnsi" w:cstheme="majorBidi"/>
      <w:b/>
      <w:bCs/>
      <w:color w:val="4F81B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649</Words>
  <Characters>3581</Characters>
  <Application>Microsoft Office Word</Application>
  <DocSecurity>0</DocSecurity>
  <Lines>170</Lines>
  <Paragraphs>169</Paragraphs>
  <ScaleCrop>false</ScaleCrop>
  <Manager/>
  <Company/>
  <LinksUpToDate>false</LinksUpToDate>
  <CharactersWithSpaces>4061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Kaleita, Amy L [A&amp;BE]</dc:creator>
  <cp:keywords/>
  <dc:description>generated by python-docx</dc:description>
  <cp:lastModifiedBy>Kaleita, Amy L [A&amp;BE]</cp:lastModifiedBy>
  <cp:revision>3</cp:revision>
  <dcterms:created xsi:type="dcterms:W3CDTF">2026-07-17T19:14:00Z</dcterms:created>
  <dcterms:modified xsi:type="dcterms:W3CDTF">2026-07-17T20:09:00Z</dcterms:modified>
  <cp:category/>
</cp:coreProperties>
</file>